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C142A" w14:textId="77777777" w:rsidR="00607D26" w:rsidRDefault="00607D26">
      <w:pPr>
        <w:jc w:val="center"/>
        <w:rPr>
          <w:b/>
          <w:sz w:val="24"/>
          <w:lang w:val="es-EC"/>
        </w:rPr>
      </w:pPr>
    </w:p>
    <w:p w14:paraId="587AA793" w14:textId="642D9992" w:rsidR="00607D26" w:rsidRDefault="00607D26">
      <w:pPr>
        <w:jc w:val="center"/>
        <w:rPr>
          <w:b/>
          <w:sz w:val="24"/>
          <w:lang w:val="es-EC"/>
        </w:rPr>
      </w:pPr>
      <w:r>
        <w:rPr>
          <w:b/>
          <w:sz w:val="24"/>
          <w:lang w:val="es-EC"/>
        </w:rPr>
        <w:t>DIRECCIÓN DE PRODUCTIVIDAD FORESTAL</w:t>
      </w:r>
    </w:p>
    <w:p w14:paraId="5C8703A2" w14:textId="3D5DF487" w:rsidR="0052465A" w:rsidRPr="00126DCE" w:rsidRDefault="00126DCE">
      <w:pPr>
        <w:jc w:val="center"/>
        <w:rPr>
          <w:lang w:val="es-EC"/>
        </w:rPr>
      </w:pPr>
      <w:r w:rsidRPr="00126DCE">
        <w:rPr>
          <w:b/>
          <w:sz w:val="24"/>
          <w:lang w:val="es-EC"/>
        </w:rPr>
        <w:t>FORMULARIO DE SOLICITUD</w:t>
      </w:r>
    </w:p>
    <w:p w14:paraId="42A34208" w14:textId="7A0D2B40" w:rsidR="0052465A" w:rsidRPr="00126DCE" w:rsidRDefault="0052465A">
      <w:pPr>
        <w:jc w:val="center"/>
        <w:rPr>
          <w:lang w:val="es-EC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35"/>
        <w:gridCol w:w="4959"/>
      </w:tblGrid>
      <w:tr w:rsidR="0052465A" w:rsidRPr="00126DCE" w14:paraId="20E5D60B" w14:textId="77777777" w:rsidTr="00390219">
        <w:trPr>
          <w:jc w:val="center"/>
        </w:trPr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2E3"/>
            <w:vAlign w:val="center"/>
          </w:tcPr>
          <w:p w14:paraId="0C290121" w14:textId="18FB0387" w:rsidR="0052465A" w:rsidRPr="00126DCE" w:rsidRDefault="00000000">
            <w:pPr>
              <w:spacing w:after="0"/>
              <w:rPr>
                <w:lang w:val="es-EC"/>
              </w:rPr>
            </w:pPr>
            <w:r w:rsidRPr="00126DCE">
              <w:rPr>
                <w:b/>
                <w:lang w:val="es-EC"/>
              </w:rPr>
              <w:t>Nombres y apellidos</w:t>
            </w:r>
          </w:p>
        </w:tc>
        <w:tc>
          <w:tcPr>
            <w:tcW w:w="6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C1D08C3" w14:textId="29B48DAF" w:rsidR="0052465A" w:rsidRPr="00126DCE" w:rsidRDefault="00341BC6">
            <w:pPr>
              <w:spacing w:after="0"/>
              <w:rPr>
                <w:lang w:val="es-EC"/>
              </w:rPr>
            </w:pPr>
            <w:sdt>
              <w:sdtPr>
                <w:rPr>
                  <w:lang w:val="es-EC"/>
                </w:rPr>
                <w:id w:val="548798263"/>
                <w:placeholder>
                  <w:docPart w:val="259A6350502B4ABD90A9C9790B2151FC"/>
                </w:placeholder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:text/>
              </w:sdtPr>
              <w:sdtContent>
                <w:r w:rsidR="0002793F">
                  <w:rPr>
                    <w:lang w:val="es-EC"/>
                  </w:rPr>
                  <w:t xml:space="preserve">Nombre </w:t>
                </w:r>
                <w:proofErr w:type="spellStart"/>
                <w:r w:rsidR="0002793F">
                  <w:rPr>
                    <w:lang w:val="es-EC"/>
                  </w:rPr>
                  <w:t>nombre</w:t>
                </w:r>
                <w:proofErr w:type="spellEnd"/>
                <w:r w:rsidR="0002793F">
                  <w:rPr>
                    <w:lang w:val="es-EC"/>
                  </w:rPr>
                  <w:t xml:space="preserve"> apellido </w:t>
                </w:r>
                <w:proofErr w:type="spellStart"/>
                <w:r w:rsidR="0002793F">
                  <w:rPr>
                    <w:lang w:val="es-EC"/>
                  </w:rPr>
                  <w:t>apellido</w:t>
                </w:r>
                <w:proofErr w:type="spellEnd"/>
              </w:sdtContent>
            </w:sdt>
          </w:p>
        </w:tc>
      </w:tr>
      <w:tr w:rsidR="0052465A" w:rsidRPr="00126DCE" w14:paraId="1F27DDD9" w14:textId="77777777" w:rsidTr="00390219">
        <w:trPr>
          <w:jc w:val="center"/>
        </w:trPr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2E3"/>
            <w:vAlign w:val="center"/>
          </w:tcPr>
          <w:p w14:paraId="2C511620" w14:textId="77777777" w:rsidR="0052465A" w:rsidRPr="00126DCE" w:rsidRDefault="00000000">
            <w:pPr>
              <w:spacing w:after="0"/>
              <w:rPr>
                <w:lang w:val="es-EC"/>
              </w:rPr>
            </w:pPr>
            <w:r w:rsidRPr="00126DCE">
              <w:rPr>
                <w:b/>
                <w:lang w:val="es-EC"/>
              </w:rPr>
              <w:t>Cédula/RUC</w:t>
            </w:r>
          </w:p>
        </w:tc>
        <w:sdt>
          <w:sdtPr>
            <w:rPr>
              <w:lang w:val="es-EC"/>
            </w:rPr>
            <w:id w:val="1913273626"/>
            <w:placeholder>
              <w:docPart w:val="DefaultPlaceholder_-1854013440"/>
            </w:placeholder>
          </w:sdtPr>
          <w:sdtContent>
            <w:tc>
              <w:tcPr>
                <w:tcW w:w="6570" w:type="dxa"/>
                <w:tcBorders>
                  <w:top w:val="single" w:sz="4" w:space="0" w:color="B7B7B7"/>
                  <w:left w:val="single" w:sz="4" w:space="0" w:color="B7B7B7"/>
                  <w:bottom w:val="single" w:sz="4" w:space="0" w:color="B7B7B7"/>
                  <w:right w:val="single" w:sz="4" w:space="0" w:color="B7B7B7"/>
                </w:tcBorders>
                <w:vAlign w:val="center"/>
              </w:tcPr>
              <w:sdt>
                <w:sdtPr>
                  <w:rPr>
                    <w:lang w:val="es-EC"/>
                  </w:rPr>
                  <w:id w:val="-1954926357"/>
                  <w:placeholder>
                    <w:docPart w:val="DefaultPlaceholder_-1854013440"/>
                  </w:placeholder>
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<w:text/>
                </w:sdtPr>
                <w:sdtContent>
                  <w:p w14:paraId="3DCA90F5" w14:textId="3EB49649" w:rsidR="0052465A" w:rsidRPr="00126DCE" w:rsidRDefault="00341BC6">
                    <w:pPr>
                      <w:spacing w:after="0"/>
                      <w:rPr>
                        <w:lang w:val="es-EC"/>
                      </w:rPr>
                    </w:pPr>
                    <w:r>
                      <w:rPr>
                        <w:lang w:val="es-EC"/>
                      </w:rPr>
                      <w:t>0999999</w:t>
                    </w:r>
                    <w:r w:rsidR="007B2844">
                      <w:rPr>
                        <w:lang w:val="es-EC"/>
                      </w:rPr>
                      <w:t>888</w:t>
                    </w:r>
                  </w:p>
                </w:sdtContent>
              </w:sdt>
            </w:tc>
          </w:sdtContent>
        </w:sdt>
      </w:tr>
      <w:tr w:rsidR="0052465A" w:rsidRPr="00126DCE" w14:paraId="07B8D7B6" w14:textId="77777777" w:rsidTr="00390219">
        <w:trPr>
          <w:jc w:val="center"/>
        </w:trPr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2E3"/>
            <w:vAlign w:val="center"/>
          </w:tcPr>
          <w:p w14:paraId="57769550" w14:textId="77777777" w:rsidR="0052465A" w:rsidRPr="00126DCE" w:rsidRDefault="00000000">
            <w:pPr>
              <w:spacing w:after="0"/>
              <w:rPr>
                <w:lang w:val="es-EC"/>
              </w:rPr>
            </w:pPr>
            <w:r w:rsidRPr="00126DCE">
              <w:rPr>
                <w:b/>
                <w:lang w:val="es-EC"/>
              </w:rPr>
              <w:t>Correo electrónico</w:t>
            </w:r>
          </w:p>
        </w:tc>
        <w:tc>
          <w:tcPr>
            <w:tcW w:w="6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B4B02D6" w14:textId="33EA0089" w:rsidR="0052465A" w:rsidRPr="00126DCE" w:rsidRDefault="0052465A">
            <w:pPr>
              <w:spacing w:after="0"/>
              <w:rPr>
                <w:lang w:val="es-EC"/>
              </w:rPr>
            </w:pPr>
          </w:p>
        </w:tc>
      </w:tr>
      <w:tr w:rsidR="0052465A" w:rsidRPr="00126DCE" w14:paraId="52617729" w14:textId="77777777" w:rsidTr="00390219">
        <w:trPr>
          <w:jc w:val="center"/>
        </w:trPr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2E3"/>
            <w:vAlign w:val="center"/>
          </w:tcPr>
          <w:p w14:paraId="59382048" w14:textId="77777777" w:rsidR="0052465A" w:rsidRPr="00126DCE" w:rsidRDefault="00000000">
            <w:pPr>
              <w:spacing w:after="0"/>
              <w:rPr>
                <w:lang w:val="es-EC"/>
              </w:rPr>
            </w:pPr>
            <w:r w:rsidRPr="00126DCE">
              <w:rPr>
                <w:b/>
                <w:lang w:val="es-EC"/>
              </w:rPr>
              <w:t>Número de contacto</w:t>
            </w:r>
          </w:p>
        </w:tc>
        <w:tc>
          <w:tcPr>
            <w:tcW w:w="6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93B48B7" w14:textId="33234BE1" w:rsidR="0052465A" w:rsidRPr="00126DCE" w:rsidRDefault="0052465A">
            <w:pPr>
              <w:spacing w:after="0"/>
              <w:rPr>
                <w:lang w:val="es-EC"/>
              </w:rPr>
            </w:pPr>
          </w:p>
        </w:tc>
      </w:tr>
    </w:tbl>
    <w:p w14:paraId="00254234" w14:textId="77777777" w:rsidR="0052465A" w:rsidRPr="00126DCE" w:rsidRDefault="0052465A">
      <w:pPr>
        <w:spacing w:after="0"/>
        <w:rPr>
          <w:lang w:val="es-EC"/>
        </w:rPr>
      </w:pPr>
    </w:p>
    <w:p w14:paraId="3069845B" w14:textId="55865A10" w:rsidR="0052465A" w:rsidRPr="00126DCE" w:rsidRDefault="00000000">
      <w:pPr>
        <w:rPr>
          <w:lang w:val="es-EC"/>
        </w:rPr>
      </w:pPr>
      <w:r w:rsidRPr="00126DCE">
        <w:rPr>
          <w:b/>
          <w:lang w:val="es-EC"/>
        </w:rPr>
        <w:t xml:space="preserve">1. CALIDAD DEL SOLICITANTE  </w:t>
      </w:r>
      <w:sdt>
        <w:sdtPr>
          <w:rPr>
            <w:b/>
            <w:lang w:val="es-EC"/>
          </w:rPr>
          <w:id w:val="1599129346"/>
          <w:lock w:val="sdtLocked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10EB2">
            <w:rPr>
              <w:rFonts w:ascii="MS Gothic" w:eastAsia="MS Gothic" w:hAnsi="MS Gothic" w:hint="eastAsia"/>
              <w:b/>
              <w:lang w:val="es-EC"/>
            </w:rPr>
            <w:t>☐</w:t>
          </w:r>
        </w:sdtContent>
      </w:sdt>
      <w:r w:rsidRPr="00126DCE">
        <w:rPr>
          <w:lang w:val="es-EC"/>
        </w:rPr>
        <w:t xml:space="preserve"> Persona natural     </w:t>
      </w:r>
      <w:sdt>
        <w:sdtPr>
          <w:rPr>
            <w:b/>
            <w:lang w:val="es-EC"/>
          </w:rPr>
          <w:id w:val="-164565588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10EB2">
            <w:rPr>
              <w:rFonts w:ascii="MS Gothic" w:eastAsia="MS Gothic" w:hAnsi="MS Gothic" w:hint="eastAsia"/>
              <w:b/>
              <w:lang w:val="es-EC"/>
            </w:rPr>
            <w:t>☐</w:t>
          </w:r>
        </w:sdtContent>
      </w:sdt>
      <w:r w:rsidRPr="00126DCE">
        <w:rPr>
          <w:lang w:val="es-EC"/>
        </w:rPr>
        <w:t xml:space="preserve"> Representante legal / autorizado de empresa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08"/>
        <w:gridCol w:w="4886"/>
      </w:tblGrid>
      <w:tr w:rsidR="0052465A" w:rsidRPr="00126DCE" w14:paraId="5D9A0D0C" w14:textId="77777777" w:rsidTr="00390219">
        <w:trPr>
          <w:trHeight w:val="394"/>
          <w:jc w:val="center"/>
        </w:trPr>
        <w:tc>
          <w:tcPr>
            <w:tcW w:w="45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2E3"/>
            <w:vAlign w:val="center"/>
          </w:tcPr>
          <w:p w14:paraId="5B076B21" w14:textId="77777777" w:rsidR="0052465A" w:rsidRPr="00126DCE" w:rsidRDefault="00000000">
            <w:pPr>
              <w:spacing w:after="0"/>
              <w:rPr>
                <w:lang w:val="es-EC"/>
              </w:rPr>
            </w:pPr>
            <w:r w:rsidRPr="00126DCE">
              <w:rPr>
                <w:b/>
                <w:lang w:val="es-EC"/>
              </w:rPr>
              <w:t>Empresa / razón social que representa (si aplica):</w:t>
            </w:r>
          </w:p>
        </w:tc>
        <w:tc>
          <w:tcPr>
            <w:tcW w:w="65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6A5B192" w14:textId="50D0744B" w:rsidR="0052465A" w:rsidRPr="00126DCE" w:rsidRDefault="0052465A">
            <w:pPr>
              <w:spacing w:after="0"/>
              <w:rPr>
                <w:lang w:val="es-EC"/>
              </w:rPr>
            </w:pPr>
          </w:p>
        </w:tc>
      </w:tr>
    </w:tbl>
    <w:p w14:paraId="79F36B7C" w14:textId="77777777" w:rsidR="0052465A" w:rsidRPr="00126DCE" w:rsidRDefault="0052465A">
      <w:pPr>
        <w:spacing w:after="0"/>
        <w:rPr>
          <w:lang w:val="es-EC"/>
        </w:rPr>
      </w:pPr>
    </w:p>
    <w:p w14:paraId="0A6F63FE" w14:textId="687A9BE4" w:rsidR="0052465A" w:rsidRPr="00126DCE" w:rsidRDefault="00000000">
      <w:pPr>
        <w:rPr>
          <w:lang w:val="es-EC"/>
        </w:rPr>
      </w:pPr>
      <w:r w:rsidRPr="00126DCE">
        <w:rPr>
          <w:b/>
          <w:lang w:val="es-EC"/>
        </w:rPr>
        <w:t xml:space="preserve">2. TIPO(S) DE </w:t>
      </w:r>
      <w:r w:rsidR="00126DCE" w:rsidRPr="00126DCE">
        <w:rPr>
          <w:b/>
          <w:lang w:val="es-EC"/>
        </w:rPr>
        <w:t xml:space="preserve">SOLICITUD </w:t>
      </w:r>
      <w:r w:rsidR="00126DCE" w:rsidRPr="00126DCE">
        <w:rPr>
          <w:bCs/>
          <w:lang w:val="es-EC"/>
        </w:rPr>
        <w:t>Marque</w:t>
      </w:r>
      <w:r w:rsidRPr="00126DCE">
        <w:rPr>
          <w:bCs/>
          <w:lang w:val="es-EC"/>
        </w:rPr>
        <w:t xml:space="preserve"> uno o varios</w:t>
      </w:r>
      <w:r w:rsidRPr="00126DCE">
        <w:rPr>
          <w:lang w:val="es-EC"/>
        </w:rPr>
        <w:t>:</w:t>
      </w:r>
    </w:p>
    <w:p w14:paraId="721C0D98" w14:textId="5202609A" w:rsidR="00126DCE" w:rsidRPr="00126DCE" w:rsidRDefault="00126DCE">
      <w:pPr>
        <w:rPr>
          <w:b/>
          <w:bCs/>
          <w:lang w:val="es-EC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6"/>
        <w:gridCol w:w="2824"/>
        <w:gridCol w:w="2764"/>
      </w:tblGrid>
      <w:tr w:rsidR="00126DCE" w:rsidRPr="00126DCE" w14:paraId="28569FC1" w14:textId="77777777" w:rsidTr="00607D26">
        <w:trPr>
          <w:jc w:val="center"/>
        </w:trPr>
        <w:tc>
          <w:tcPr>
            <w:tcW w:w="11106" w:type="dxa"/>
            <w:gridSpan w:val="3"/>
            <w:tcBorders>
              <w:bottom w:val="single" w:sz="4" w:space="0" w:color="auto"/>
            </w:tcBorders>
            <w:vAlign w:val="center"/>
          </w:tcPr>
          <w:p w14:paraId="5424F1A1" w14:textId="61151D33" w:rsidR="00126DCE" w:rsidRPr="00126DCE" w:rsidRDefault="00126DCE" w:rsidP="00126DCE">
            <w:pPr>
              <w:spacing w:after="0"/>
              <w:jc w:val="center"/>
              <w:rPr>
                <w:lang w:val="es-EC"/>
              </w:rPr>
            </w:pPr>
            <w:r w:rsidRPr="00126DCE">
              <w:rPr>
                <w:b/>
                <w:bCs/>
                <w:lang w:val="es-EC"/>
              </w:rPr>
              <w:t>Licencias de Aprovechamiento Forestal</w:t>
            </w:r>
          </w:p>
        </w:tc>
      </w:tr>
      <w:tr w:rsidR="0052465A" w:rsidRPr="00126DCE" w14:paraId="393E969C" w14:textId="77777777" w:rsidTr="00607D26">
        <w:trPr>
          <w:jc w:val="center"/>
        </w:trPr>
        <w:tc>
          <w:tcPr>
            <w:tcW w:w="3702" w:type="dxa"/>
            <w:tcBorders>
              <w:right w:val="nil"/>
            </w:tcBorders>
            <w:vAlign w:val="center"/>
          </w:tcPr>
          <w:p w14:paraId="2E89603A" w14:textId="0A5F38DC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16634350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Licencia de Aprovechamiento Forestal</w:t>
            </w:r>
          </w:p>
        </w:tc>
        <w:tc>
          <w:tcPr>
            <w:tcW w:w="3702" w:type="dxa"/>
            <w:tcBorders>
              <w:left w:val="nil"/>
              <w:right w:val="nil"/>
            </w:tcBorders>
            <w:vAlign w:val="center"/>
          </w:tcPr>
          <w:p w14:paraId="673D66F0" w14:textId="24714EC4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-639519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Ampliación de Vigencia de LAF</w:t>
            </w:r>
            <w:r w:rsidR="00000000" w:rsidRPr="00126DCE">
              <w:rPr>
                <w:lang w:val="es-EC"/>
              </w:rPr>
              <w:br/>
            </w:r>
            <w:sdt>
              <w:sdtPr>
                <w:rPr>
                  <w:b/>
                  <w:lang w:val="es-EC"/>
                </w:rPr>
                <w:id w:val="3822261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80A88"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Ampliación de Volumen de LAF</w:t>
            </w:r>
          </w:p>
        </w:tc>
        <w:tc>
          <w:tcPr>
            <w:tcW w:w="3702" w:type="dxa"/>
            <w:tcBorders>
              <w:left w:val="nil"/>
            </w:tcBorders>
            <w:vAlign w:val="center"/>
          </w:tcPr>
          <w:p w14:paraId="39A2E52C" w14:textId="5D53438B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-18166304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Anulación de Guías</w:t>
            </w:r>
            <w:r w:rsidR="00000000" w:rsidRPr="00126DCE">
              <w:rPr>
                <w:lang w:val="es-EC"/>
              </w:rPr>
              <w:br/>
            </w:r>
            <w:sdt>
              <w:sdtPr>
                <w:rPr>
                  <w:b/>
                  <w:lang w:val="es-EC"/>
                </w:rPr>
                <w:id w:val="-19433705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Suspensión de LAF</w:t>
            </w:r>
            <w:r w:rsidR="00000000" w:rsidRPr="00126DCE">
              <w:rPr>
                <w:lang w:val="es-EC"/>
              </w:rPr>
              <w:br/>
            </w:r>
            <w:sdt>
              <w:sdtPr>
                <w:rPr>
                  <w:b/>
                  <w:lang w:val="es-EC"/>
                </w:rPr>
                <w:id w:val="-14900824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Cierre de LAF</w:t>
            </w:r>
          </w:p>
        </w:tc>
      </w:tr>
      <w:tr w:rsidR="00126DCE" w:rsidRPr="00126DCE" w14:paraId="1EC9E7F6" w14:textId="77777777" w:rsidTr="00607D26">
        <w:trPr>
          <w:jc w:val="center"/>
        </w:trPr>
        <w:tc>
          <w:tcPr>
            <w:tcW w:w="11106" w:type="dxa"/>
            <w:gridSpan w:val="3"/>
            <w:tcBorders>
              <w:bottom w:val="single" w:sz="4" w:space="0" w:color="auto"/>
            </w:tcBorders>
            <w:vAlign w:val="center"/>
          </w:tcPr>
          <w:p w14:paraId="45566768" w14:textId="3568AD58" w:rsidR="00126DCE" w:rsidRPr="00126DCE" w:rsidRDefault="00126DCE" w:rsidP="00126DCE">
            <w:pPr>
              <w:spacing w:after="0"/>
              <w:jc w:val="center"/>
              <w:rPr>
                <w:lang w:val="es-EC"/>
              </w:rPr>
            </w:pPr>
            <w:r w:rsidRPr="00126DCE">
              <w:rPr>
                <w:b/>
                <w:bCs/>
                <w:lang w:val="es-EC"/>
              </w:rPr>
              <w:t>Registro Forestal</w:t>
            </w:r>
          </w:p>
        </w:tc>
      </w:tr>
      <w:tr w:rsidR="0052465A" w:rsidRPr="00126DCE" w14:paraId="637100D0" w14:textId="77777777" w:rsidTr="00607D26">
        <w:trPr>
          <w:jc w:val="center"/>
        </w:trPr>
        <w:tc>
          <w:tcPr>
            <w:tcW w:w="3702" w:type="dxa"/>
            <w:tcBorders>
              <w:bottom w:val="nil"/>
              <w:right w:val="nil"/>
            </w:tcBorders>
            <w:vAlign w:val="center"/>
          </w:tcPr>
          <w:p w14:paraId="3124BF68" w14:textId="07606E10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18111316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Predios</w:t>
            </w:r>
          </w:p>
        </w:tc>
        <w:tc>
          <w:tcPr>
            <w:tcW w:w="3702" w:type="dxa"/>
            <w:tcBorders>
              <w:left w:val="nil"/>
              <w:bottom w:val="nil"/>
              <w:right w:val="nil"/>
            </w:tcBorders>
            <w:vAlign w:val="center"/>
          </w:tcPr>
          <w:p w14:paraId="69CFBF5D" w14:textId="0F1A744D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5784822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Actos y Contratos</w:t>
            </w:r>
          </w:p>
        </w:tc>
        <w:tc>
          <w:tcPr>
            <w:tcW w:w="3702" w:type="dxa"/>
            <w:tcBorders>
              <w:left w:val="nil"/>
              <w:bottom w:val="nil"/>
            </w:tcBorders>
            <w:vAlign w:val="center"/>
          </w:tcPr>
          <w:p w14:paraId="61ED30AB" w14:textId="5B312702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-5544708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Vuelo Forestal</w:t>
            </w:r>
          </w:p>
        </w:tc>
      </w:tr>
      <w:tr w:rsidR="0052465A" w:rsidRPr="00126DCE" w14:paraId="6D05ED92" w14:textId="77777777" w:rsidTr="00607D26">
        <w:trPr>
          <w:jc w:val="center"/>
        </w:trPr>
        <w:tc>
          <w:tcPr>
            <w:tcW w:w="3702" w:type="dxa"/>
            <w:tcBorders>
              <w:top w:val="nil"/>
              <w:bottom w:val="nil"/>
              <w:right w:val="nil"/>
            </w:tcBorders>
            <w:vAlign w:val="center"/>
          </w:tcPr>
          <w:p w14:paraId="01390C99" w14:textId="7212463D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20131792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</w:t>
            </w:r>
            <w:r w:rsidR="00126DCE" w:rsidRPr="00126DCE">
              <w:rPr>
                <w:lang w:val="es-EC"/>
              </w:rPr>
              <w:t>P</w:t>
            </w:r>
            <w:r w:rsidR="00000000" w:rsidRPr="00126DCE">
              <w:rPr>
                <w:lang w:val="es-EC"/>
              </w:rPr>
              <w:t>lanes, Programas y Proyectos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505AE" w14:textId="27E1C8AD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-1886912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Profesionales Forestales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</w:tcBorders>
            <w:vAlign w:val="center"/>
          </w:tcPr>
          <w:p w14:paraId="49D78B40" w14:textId="65B8536A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-9756821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Operadores de Servicios Forestales</w:t>
            </w:r>
          </w:p>
        </w:tc>
      </w:tr>
      <w:tr w:rsidR="0052465A" w:rsidRPr="00126DCE" w14:paraId="24FE991C" w14:textId="77777777" w:rsidTr="00607D26">
        <w:trPr>
          <w:jc w:val="center"/>
        </w:trPr>
        <w:tc>
          <w:tcPr>
            <w:tcW w:w="3702" w:type="dxa"/>
            <w:tcBorders>
              <w:top w:val="nil"/>
              <w:bottom w:val="nil"/>
              <w:right w:val="nil"/>
            </w:tcBorders>
            <w:vAlign w:val="center"/>
          </w:tcPr>
          <w:p w14:paraId="1777FA65" w14:textId="6CFFF6FB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-349691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Representante Técnico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DAE02" w14:textId="7B04B520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-6292475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Transportistas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</w:tcBorders>
            <w:vAlign w:val="center"/>
          </w:tcPr>
          <w:p w14:paraId="1D998135" w14:textId="1AFC48E0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8290184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Industrias Forestales</w:t>
            </w:r>
          </w:p>
        </w:tc>
      </w:tr>
      <w:tr w:rsidR="0052465A" w:rsidRPr="00126DCE" w14:paraId="6B34F07D" w14:textId="77777777" w:rsidTr="00607D26">
        <w:trPr>
          <w:jc w:val="center"/>
        </w:trPr>
        <w:tc>
          <w:tcPr>
            <w:tcW w:w="3702" w:type="dxa"/>
            <w:tcBorders>
              <w:top w:val="nil"/>
              <w:right w:val="nil"/>
            </w:tcBorders>
            <w:vAlign w:val="center"/>
          </w:tcPr>
          <w:p w14:paraId="56448C41" w14:textId="46CD3731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7677396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Viveros</w:t>
            </w:r>
          </w:p>
        </w:tc>
        <w:tc>
          <w:tcPr>
            <w:tcW w:w="3702" w:type="dxa"/>
            <w:tcBorders>
              <w:top w:val="nil"/>
              <w:left w:val="nil"/>
              <w:right w:val="nil"/>
            </w:tcBorders>
            <w:vAlign w:val="center"/>
          </w:tcPr>
          <w:p w14:paraId="1EC58596" w14:textId="5DC6C4DE" w:rsidR="0052465A" w:rsidRPr="00126DCE" w:rsidRDefault="00210EB2">
            <w:pPr>
              <w:spacing w:after="0"/>
              <w:rPr>
                <w:lang w:val="es-EC"/>
              </w:rPr>
            </w:pPr>
            <w:sdt>
              <w:sdtPr>
                <w:rPr>
                  <w:b/>
                  <w:lang w:val="es-EC"/>
                </w:rPr>
                <w:id w:val="16239607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lang w:val="es-EC"/>
                  </w:rPr>
                  <w:t>☐</w:t>
                </w:r>
              </w:sdtContent>
            </w:sdt>
            <w:r w:rsidR="00000000" w:rsidRPr="00126DCE">
              <w:rPr>
                <w:lang w:val="es-EC"/>
              </w:rPr>
              <w:t xml:space="preserve"> Exportadores e Importadores de productos forestales</w:t>
            </w:r>
          </w:p>
        </w:tc>
        <w:tc>
          <w:tcPr>
            <w:tcW w:w="3702" w:type="dxa"/>
            <w:tcBorders>
              <w:top w:val="nil"/>
              <w:left w:val="nil"/>
            </w:tcBorders>
            <w:vAlign w:val="center"/>
          </w:tcPr>
          <w:p w14:paraId="1AA29B85" w14:textId="77777777" w:rsidR="0052465A" w:rsidRPr="00126DCE" w:rsidRDefault="0052465A">
            <w:pPr>
              <w:spacing w:after="0"/>
              <w:rPr>
                <w:lang w:val="es-EC"/>
              </w:rPr>
            </w:pPr>
          </w:p>
        </w:tc>
      </w:tr>
    </w:tbl>
    <w:p w14:paraId="68FAEDEF" w14:textId="77777777" w:rsidR="0052465A" w:rsidRPr="00126DCE" w:rsidRDefault="0052465A">
      <w:pPr>
        <w:spacing w:after="0"/>
        <w:rPr>
          <w:lang w:val="es-EC"/>
        </w:rPr>
      </w:pPr>
    </w:p>
    <w:p w14:paraId="7D86D3D8" w14:textId="763BC875" w:rsidR="0052465A" w:rsidRPr="00126DCE" w:rsidRDefault="00000000">
      <w:pPr>
        <w:spacing w:after="20"/>
        <w:rPr>
          <w:lang w:val="es-EC"/>
        </w:rPr>
      </w:pPr>
      <w:r w:rsidRPr="00126DCE">
        <w:rPr>
          <w:b/>
          <w:lang w:val="es-EC"/>
        </w:rPr>
        <w:t xml:space="preserve">3. UBICACIÓN / </w:t>
      </w:r>
      <w:proofErr w:type="gramStart"/>
      <w:r w:rsidRPr="00126DCE">
        <w:rPr>
          <w:b/>
          <w:lang w:val="es-EC"/>
        </w:rPr>
        <w:t xml:space="preserve">LOCALIZACIÓN  </w:t>
      </w:r>
      <w:r w:rsidRPr="00126DCE">
        <w:rPr>
          <w:lang w:val="es-EC"/>
        </w:rPr>
        <w:t>Completar</w:t>
      </w:r>
      <w:proofErr w:type="gramEnd"/>
      <w:r w:rsidRPr="00126DCE">
        <w:rPr>
          <w:lang w:val="es-EC"/>
        </w:rPr>
        <w:t xml:space="preserve"> cuando corresponda a Predios, Vuelo Forestal, Industrias Forestales, Viveros o Licencia de Aprovechamiento Forestal.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89"/>
        <w:gridCol w:w="1085"/>
        <w:gridCol w:w="1205"/>
        <w:gridCol w:w="1052"/>
        <w:gridCol w:w="1319"/>
        <w:gridCol w:w="1319"/>
        <w:gridCol w:w="1325"/>
      </w:tblGrid>
      <w:tr w:rsidR="0052465A" w:rsidRPr="00126DCE" w14:paraId="38FB1F5A" w14:textId="77777777">
        <w:trPr>
          <w:jc w:val="center"/>
        </w:trPr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2E3"/>
            <w:vAlign w:val="center"/>
          </w:tcPr>
          <w:p w14:paraId="387A067F" w14:textId="77777777" w:rsidR="0052465A" w:rsidRPr="00126DCE" w:rsidRDefault="00000000">
            <w:pPr>
              <w:spacing w:after="0"/>
              <w:rPr>
                <w:lang w:val="es-EC"/>
              </w:rPr>
            </w:pPr>
            <w:r w:rsidRPr="00126DCE">
              <w:rPr>
                <w:b/>
                <w:lang w:val="es-EC"/>
              </w:rPr>
              <w:t>Provincia</w:t>
            </w: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2E3"/>
            <w:vAlign w:val="center"/>
          </w:tcPr>
          <w:p w14:paraId="3C5807E2" w14:textId="77777777" w:rsidR="0052465A" w:rsidRPr="00126DCE" w:rsidRDefault="00000000">
            <w:pPr>
              <w:spacing w:after="0"/>
              <w:rPr>
                <w:lang w:val="es-EC"/>
              </w:rPr>
            </w:pPr>
            <w:r w:rsidRPr="00126DCE">
              <w:rPr>
                <w:b/>
                <w:lang w:val="es-EC"/>
              </w:rPr>
              <w:t>Cantón</w:t>
            </w: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2E3"/>
            <w:vAlign w:val="center"/>
          </w:tcPr>
          <w:p w14:paraId="18334976" w14:textId="77777777" w:rsidR="0052465A" w:rsidRPr="00126DCE" w:rsidRDefault="00000000">
            <w:pPr>
              <w:spacing w:after="0"/>
              <w:rPr>
                <w:lang w:val="es-EC"/>
              </w:rPr>
            </w:pPr>
            <w:r w:rsidRPr="00126DCE">
              <w:rPr>
                <w:b/>
                <w:lang w:val="es-EC"/>
              </w:rPr>
              <w:t>Parroquia</w:t>
            </w: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2E3"/>
            <w:vAlign w:val="center"/>
          </w:tcPr>
          <w:p w14:paraId="0295FDFA" w14:textId="77777777" w:rsidR="0052465A" w:rsidRPr="00126DCE" w:rsidRDefault="00000000">
            <w:pPr>
              <w:spacing w:after="0"/>
              <w:rPr>
                <w:lang w:val="es-EC"/>
              </w:rPr>
            </w:pPr>
            <w:r w:rsidRPr="00126DCE">
              <w:rPr>
                <w:b/>
                <w:lang w:val="es-EC"/>
              </w:rPr>
              <w:t>Sector</w:t>
            </w: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2E3"/>
            <w:vAlign w:val="center"/>
          </w:tcPr>
          <w:p w14:paraId="4F3D0595" w14:textId="77777777" w:rsidR="0052465A" w:rsidRPr="00126DCE" w:rsidRDefault="00000000">
            <w:pPr>
              <w:spacing w:after="0"/>
              <w:rPr>
                <w:lang w:val="es-EC"/>
              </w:rPr>
            </w:pPr>
            <w:r w:rsidRPr="00126DCE">
              <w:rPr>
                <w:b/>
                <w:lang w:val="es-EC"/>
              </w:rPr>
              <w:t>Coordenada X</w:t>
            </w: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2E3"/>
            <w:vAlign w:val="center"/>
          </w:tcPr>
          <w:p w14:paraId="730C13F3" w14:textId="77777777" w:rsidR="0052465A" w:rsidRPr="00126DCE" w:rsidRDefault="00000000">
            <w:pPr>
              <w:spacing w:after="0"/>
              <w:rPr>
                <w:lang w:val="es-EC"/>
              </w:rPr>
            </w:pPr>
            <w:r w:rsidRPr="00126DCE">
              <w:rPr>
                <w:b/>
                <w:lang w:val="es-EC"/>
              </w:rPr>
              <w:t>Coordenada Y</w:t>
            </w: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2E3"/>
            <w:vAlign w:val="center"/>
          </w:tcPr>
          <w:p w14:paraId="3166348F" w14:textId="77777777" w:rsidR="0052465A" w:rsidRPr="00126DCE" w:rsidRDefault="00000000">
            <w:pPr>
              <w:spacing w:after="0"/>
              <w:rPr>
                <w:lang w:val="es-EC"/>
              </w:rPr>
            </w:pPr>
            <w:r w:rsidRPr="00126DCE">
              <w:rPr>
                <w:b/>
                <w:lang w:val="es-EC"/>
              </w:rPr>
              <w:t>Referencia / observación</w:t>
            </w:r>
          </w:p>
        </w:tc>
      </w:tr>
      <w:tr w:rsidR="0052465A" w:rsidRPr="00126DCE" w14:paraId="13F0BC07" w14:textId="77777777" w:rsidTr="00390219">
        <w:trPr>
          <w:trHeight w:val="574"/>
          <w:jc w:val="center"/>
        </w:trPr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4EE8B87" w14:textId="6AC1CD18" w:rsidR="0052465A" w:rsidRPr="00126DCE" w:rsidRDefault="0052465A">
            <w:pPr>
              <w:spacing w:after="0"/>
              <w:rPr>
                <w:lang w:val="es-EC"/>
              </w:rPr>
            </w:pP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E6B66A1" w14:textId="12734243" w:rsidR="0052465A" w:rsidRPr="00126DCE" w:rsidRDefault="0052465A">
            <w:pPr>
              <w:spacing w:after="0"/>
              <w:rPr>
                <w:lang w:val="es-EC"/>
              </w:rPr>
            </w:pP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94CE4E4" w14:textId="7C6A3B56" w:rsidR="0052465A" w:rsidRPr="00126DCE" w:rsidRDefault="0052465A">
            <w:pPr>
              <w:spacing w:after="0"/>
              <w:rPr>
                <w:lang w:val="es-EC"/>
              </w:rPr>
            </w:pP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5F5AD5C" w14:textId="4A821B9D" w:rsidR="0052465A" w:rsidRPr="00126DCE" w:rsidRDefault="0052465A">
            <w:pPr>
              <w:spacing w:after="0"/>
              <w:rPr>
                <w:lang w:val="es-EC"/>
              </w:rPr>
            </w:pP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D08748B" w14:textId="22F27513" w:rsidR="0052465A" w:rsidRPr="00126DCE" w:rsidRDefault="0052465A">
            <w:pPr>
              <w:spacing w:after="0"/>
              <w:rPr>
                <w:lang w:val="es-EC"/>
              </w:rPr>
            </w:pP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86BD555" w14:textId="6796E595" w:rsidR="0052465A" w:rsidRPr="00126DCE" w:rsidRDefault="0052465A">
            <w:pPr>
              <w:spacing w:after="0"/>
              <w:rPr>
                <w:lang w:val="es-EC"/>
              </w:rPr>
            </w:pPr>
          </w:p>
        </w:tc>
        <w:tc>
          <w:tcPr>
            <w:tcW w:w="158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BE3F9BE" w14:textId="566E7BF9" w:rsidR="0052465A" w:rsidRPr="00126DCE" w:rsidRDefault="0052465A">
            <w:pPr>
              <w:spacing w:after="0"/>
              <w:rPr>
                <w:lang w:val="es-EC"/>
              </w:rPr>
            </w:pPr>
          </w:p>
        </w:tc>
      </w:tr>
    </w:tbl>
    <w:p w14:paraId="156A0F65" w14:textId="77777777" w:rsidR="0052465A" w:rsidRPr="00126DCE" w:rsidRDefault="0052465A">
      <w:pPr>
        <w:spacing w:after="0"/>
        <w:rPr>
          <w:lang w:val="es-EC"/>
        </w:rPr>
      </w:pPr>
    </w:p>
    <w:p w14:paraId="20DD47AC" w14:textId="61F773F3" w:rsidR="0052465A" w:rsidRPr="00126DCE" w:rsidRDefault="00000000">
      <w:pPr>
        <w:rPr>
          <w:lang w:val="es-EC"/>
        </w:rPr>
      </w:pPr>
      <w:r w:rsidRPr="00126DCE">
        <w:rPr>
          <w:b/>
          <w:lang w:val="es-EC"/>
        </w:rPr>
        <w:t xml:space="preserve">4. REQUISITOS EN MEDIO </w:t>
      </w:r>
      <w:proofErr w:type="gramStart"/>
      <w:r w:rsidRPr="00126DCE">
        <w:rPr>
          <w:b/>
          <w:lang w:val="es-EC"/>
        </w:rPr>
        <w:t xml:space="preserve">DIGITAL  </w:t>
      </w:r>
      <w:r w:rsidRPr="00126DCE">
        <w:rPr>
          <w:lang w:val="es-EC"/>
        </w:rPr>
        <w:t>Enlace</w:t>
      </w:r>
      <w:proofErr w:type="gramEnd"/>
      <w:r w:rsidRPr="00126DCE">
        <w:rPr>
          <w:lang w:val="es-EC"/>
        </w:rPr>
        <w:t xml:space="preserve"> (link) donde reposan los documentos/requisitos de la solicitud:</w:t>
      </w:r>
      <w:r w:rsidR="00287345">
        <w:rPr>
          <w:lang w:val="es-EC"/>
        </w:rPr>
        <w:t xml:space="preserve"> </w:t>
      </w:r>
      <w:r w:rsidR="00287345" w:rsidRPr="00A93CC5">
        <w:rPr>
          <w:highlight w:val="yellow"/>
          <w:lang w:val="es-EC"/>
        </w:rPr>
        <w:t>https……</w:t>
      </w:r>
      <w:r w:rsidR="00287345">
        <w:rPr>
          <w:lang w:val="es-EC"/>
        </w:rPr>
        <w:t>.</w:t>
      </w:r>
    </w:p>
    <w:p w14:paraId="6EA7CEB1" w14:textId="77777777" w:rsidR="00390219" w:rsidRDefault="00390219">
      <w:pPr>
        <w:rPr>
          <w:lang w:val="es-EC"/>
        </w:rPr>
      </w:pPr>
    </w:p>
    <w:p w14:paraId="660E615C" w14:textId="77777777" w:rsidR="00CD4485" w:rsidRDefault="00CD4485">
      <w:pPr>
        <w:rPr>
          <w:b/>
          <w:lang w:val="es-EC"/>
        </w:rPr>
      </w:pPr>
    </w:p>
    <w:p w14:paraId="532C78D2" w14:textId="4FAC88D2" w:rsidR="0052465A" w:rsidRDefault="00000000">
      <w:pPr>
        <w:rPr>
          <w:lang w:val="es-EC"/>
        </w:rPr>
      </w:pPr>
      <w:r w:rsidRPr="00126DCE">
        <w:rPr>
          <w:b/>
          <w:lang w:val="es-EC"/>
        </w:rPr>
        <w:t xml:space="preserve">DECLARACIÓN: </w:t>
      </w:r>
      <w:r w:rsidRPr="00126DCE">
        <w:rPr>
          <w:lang w:val="es-EC"/>
        </w:rPr>
        <w:t>Declaro que la información proporcionada es verdadera y que la documentación digital disponible en el enlace corresponde a la presente solicitud. Autorizo el uso de los datos de contacto para fines relacionados con la atención de este trámite.</w:t>
      </w:r>
    </w:p>
    <w:p w14:paraId="7E70D00C" w14:textId="77777777" w:rsidR="00390219" w:rsidRDefault="00390219">
      <w:pPr>
        <w:rPr>
          <w:lang w:val="es-EC"/>
        </w:rPr>
      </w:pPr>
    </w:p>
    <w:p w14:paraId="5FB78B9C" w14:textId="77777777" w:rsidR="00390219" w:rsidRDefault="00390219">
      <w:pPr>
        <w:rPr>
          <w:lang w:val="es-EC"/>
        </w:rPr>
      </w:pPr>
    </w:p>
    <w:p w14:paraId="3894A640" w14:textId="77777777" w:rsidR="00390219" w:rsidRDefault="00390219">
      <w:pPr>
        <w:rPr>
          <w:lang w:val="es-EC"/>
        </w:rPr>
      </w:pPr>
    </w:p>
    <w:p w14:paraId="4ABD987C" w14:textId="77777777" w:rsidR="00390219" w:rsidRDefault="00390219">
      <w:pPr>
        <w:rPr>
          <w:lang w:val="es-EC"/>
        </w:rPr>
      </w:pPr>
    </w:p>
    <w:p w14:paraId="67AF187E" w14:textId="77777777" w:rsidR="00390219" w:rsidRDefault="00390219">
      <w:pPr>
        <w:rPr>
          <w:lang w:val="es-EC"/>
        </w:rPr>
      </w:pPr>
    </w:p>
    <w:p w14:paraId="4A95F0DF" w14:textId="77777777" w:rsidR="00390219" w:rsidRPr="00126DCE" w:rsidRDefault="00390219">
      <w:pPr>
        <w:rPr>
          <w:lang w:val="es-EC"/>
        </w:rPr>
      </w:pPr>
    </w:p>
    <w:p w14:paraId="6C23FD62" w14:textId="77777777" w:rsidR="0052465A" w:rsidRPr="00126DCE" w:rsidRDefault="00000000">
      <w:pPr>
        <w:jc w:val="center"/>
        <w:rPr>
          <w:lang w:val="es-EC"/>
        </w:rPr>
      </w:pPr>
      <w:r w:rsidRPr="00126DCE">
        <w:rPr>
          <w:b/>
          <w:lang w:val="es-EC"/>
        </w:rPr>
        <w:t>FIRMA DEL SOLICITANTE / REPRESENTANTE</w:t>
      </w:r>
    </w:p>
    <w:sdt>
      <w:sdtPr>
        <w:rPr>
          <w:b/>
          <w:lang w:val="es-EC"/>
        </w:rPr>
        <w:id w:val="242614487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tbl>
          <w:tblPr>
            <w:tblW w:w="0" w:type="auto"/>
            <w:jc w:val="center"/>
            <w:tblLook w:val="04A0" w:firstRow="1" w:lastRow="0" w:firstColumn="1" w:lastColumn="0" w:noHBand="0" w:noVBand="1"/>
          </w:tblPr>
          <w:tblGrid>
            <w:gridCol w:w="1992"/>
            <w:gridCol w:w="6502"/>
          </w:tblGrid>
          <w:tr w:rsidR="0052465A" w:rsidRPr="00126DCE" w14:paraId="569CFA3A" w14:textId="77777777" w:rsidTr="00390219">
            <w:trPr>
              <w:trHeight w:val="313"/>
              <w:jc w:val="center"/>
            </w:trPr>
            <w:tc>
              <w:tcPr>
                <w:tcW w:w="2410" w:type="dxa"/>
                <w:tcBorders>
                  <w:top w:val="single" w:sz="4" w:space="0" w:color="B7B7B7"/>
                  <w:left w:val="single" w:sz="4" w:space="0" w:color="B7B7B7"/>
                  <w:bottom w:val="single" w:sz="4" w:space="0" w:color="B7B7B7"/>
                  <w:right w:val="single" w:sz="4" w:space="0" w:color="B7B7B7"/>
                </w:tcBorders>
                <w:vAlign w:val="center"/>
              </w:tcPr>
              <w:p w14:paraId="3BBC846D" w14:textId="68C92270" w:rsidR="0052465A" w:rsidRPr="00126DCE" w:rsidRDefault="00000000">
                <w:pPr>
                  <w:spacing w:after="0"/>
                  <w:rPr>
                    <w:lang w:val="es-EC"/>
                  </w:rPr>
                </w:pPr>
                <w:r w:rsidRPr="00126DCE">
                  <w:rPr>
                    <w:b/>
                    <w:lang w:val="es-EC"/>
                  </w:rPr>
                  <w:t>Nombres y apellidos:</w:t>
                </w:r>
              </w:p>
            </w:tc>
            <w:tc>
              <w:tcPr>
                <w:tcW w:w="8696" w:type="dxa"/>
                <w:tcBorders>
                  <w:top w:val="single" w:sz="4" w:space="0" w:color="B7B7B7"/>
                  <w:left w:val="single" w:sz="4" w:space="0" w:color="B7B7B7"/>
                  <w:bottom w:val="single" w:sz="4" w:space="0" w:color="B7B7B7"/>
                  <w:right w:val="single" w:sz="4" w:space="0" w:color="B7B7B7"/>
                </w:tcBorders>
                <w:vAlign w:val="center"/>
              </w:tcPr>
              <w:p w14:paraId="4A310BC2" w14:textId="013344BF" w:rsidR="0052465A" w:rsidRPr="00126DCE" w:rsidRDefault="00CF7D6A">
                <w:pPr>
                  <w:spacing w:after="0"/>
                  <w:rPr>
                    <w:lang w:val="es-EC"/>
                  </w:rPr>
                </w:pPr>
                <w:sdt>
                  <w:sdtPr>
                    <w:rPr>
                      <w:lang w:val="es-EC"/>
                    </w:rPr>
                    <w:id w:val="1254317504"/>
                    <w:lock w:val="sdtContentLocked"/>
                    <w:placeholder>
                      <w:docPart w:val="DefaultPlaceholder_-1854013440"/>
                    </w:placeholder>
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<w:text/>
                  </w:sdtPr>
                  <w:sdtContent>
                    <w:r w:rsidR="0002793F">
                      <w:rPr>
                        <w:lang w:val="es-EC"/>
                      </w:rPr>
                      <w:t>Nombre nombre apellido apellido</w:t>
                    </w:r>
                  </w:sdtContent>
                </w:sdt>
                <w:r>
                  <w:rPr>
                    <w:lang w:val="es-EC"/>
                  </w:rPr>
                  <w:fldChar w:fldCharType="begin"/>
                </w:r>
                <w:r>
                  <w:rPr>
                    <w:lang w:val="es-EC"/>
                  </w:rPr>
                  <w:instrText xml:space="preserve"> REF Nombre </w:instrText>
                </w:r>
                <w:r>
                  <w:rPr>
                    <w:lang w:val="es-EC"/>
                  </w:rPr>
                  <w:fldChar w:fldCharType="separate"/>
                </w:r>
                <w:r>
                  <w:rPr>
                    <w:lang w:val="es-EC"/>
                  </w:rPr>
                  <w:fldChar w:fldCharType="end"/>
                </w:r>
              </w:p>
            </w:tc>
          </w:tr>
          <w:tr w:rsidR="0052465A" w:rsidRPr="00126DCE" w14:paraId="6F2A7488" w14:textId="77777777" w:rsidTr="00390219">
            <w:trPr>
              <w:jc w:val="center"/>
            </w:trPr>
            <w:tc>
              <w:tcPr>
                <w:tcW w:w="2410" w:type="dxa"/>
                <w:tcBorders>
                  <w:top w:val="single" w:sz="4" w:space="0" w:color="B7B7B7"/>
                  <w:left w:val="single" w:sz="4" w:space="0" w:color="B7B7B7"/>
                  <w:bottom w:val="single" w:sz="4" w:space="0" w:color="B7B7B7"/>
                  <w:right w:val="single" w:sz="4" w:space="0" w:color="B7B7B7"/>
                </w:tcBorders>
                <w:vAlign w:val="center"/>
              </w:tcPr>
              <w:p w14:paraId="5F385A5C" w14:textId="77777777" w:rsidR="0052465A" w:rsidRPr="00126DCE" w:rsidRDefault="00000000">
                <w:pPr>
                  <w:spacing w:after="0"/>
                  <w:rPr>
                    <w:lang w:val="es-EC"/>
                  </w:rPr>
                </w:pPr>
                <w:r w:rsidRPr="00126DCE">
                  <w:rPr>
                    <w:b/>
                    <w:lang w:val="es-EC"/>
                  </w:rPr>
                  <w:t>Cédula / RUC:</w:t>
                </w:r>
              </w:p>
            </w:tc>
            <w:tc>
              <w:tcPr>
                <w:tcW w:w="8696" w:type="dxa"/>
                <w:tcBorders>
                  <w:top w:val="single" w:sz="4" w:space="0" w:color="B7B7B7"/>
                  <w:left w:val="single" w:sz="4" w:space="0" w:color="B7B7B7"/>
                  <w:bottom w:val="single" w:sz="4" w:space="0" w:color="B7B7B7"/>
                  <w:right w:val="single" w:sz="4" w:space="0" w:color="B7B7B7"/>
                </w:tcBorders>
                <w:vAlign w:val="center"/>
              </w:tcPr>
              <w:sdt>
                <w:sdtPr>
                  <w:rPr>
                    <w:lang w:val="es-EC"/>
                  </w:rPr>
                  <w:id w:val="-1037036858"/>
                  <w:lock w:val="sdtContentLocked"/>
                  <w:placeholder>
                    <w:docPart w:val="37A42331C0094ED98584EA1D5CAB6B3E"/>
                  </w:placeholder>
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<w:text/>
                </w:sdtPr>
                <w:sdtContent>
                  <w:p w14:paraId="0FEF6CB7" w14:textId="3B9E8EA5" w:rsidR="0052465A" w:rsidRPr="00126DCE" w:rsidRDefault="007B2844">
                    <w:pPr>
                      <w:spacing w:after="0"/>
                      <w:rPr>
                        <w:lang w:val="es-EC"/>
                      </w:rPr>
                    </w:pPr>
                    <w:r>
                      <w:rPr>
                        <w:lang w:val="es-EC"/>
                      </w:rPr>
                      <w:t>0999999888</w:t>
                    </w:r>
                  </w:p>
                </w:sdtContent>
              </w:sdt>
            </w:tc>
          </w:tr>
          <w:tr w:rsidR="0052465A" w:rsidRPr="00126DCE" w14:paraId="1A93F1A3" w14:textId="77777777" w:rsidTr="00390219">
            <w:trPr>
              <w:jc w:val="center"/>
            </w:trPr>
            <w:tc>
              <w:tcPr>
                <w:tcW w:w="2410" w:type="dxa"/>
                <w:tcBorders>
                  <w:top w:val="single" w:sz="4" w:space="0" w:color="B7B7B7"/>
                  <w:left w:val="single" w:sz="4" w:space="0" w:color="B7B7B7"/>
                  <w:bottom w:val="single" w:sz="4" w:space="0" w:color="B7B7B7"/>
                  <w:right w:val="single" w:sz="4" w:space="0" w:color="B7B7B7"/>
                </w:tcBorders>
                <w:vAlign w:val="center"/>
              </w:tcPr>
              <w:p w14:paraId="4AC56D42" w14:textId="77777777" w:rsidR="0052465A" w:rsidRPr="00126DCE" w:rsidRDefault="00000000">
                <w:pPr>
                  <w:spacing w:after="0"/>
                  <w:rPr>
                    <w:lang w:val="es-EC"/>
                  </w:rPr>
                </w:pPr>
                <w:r w:rsidRPr="00126DCE">
                  <w:rPr>
                    <w:b/>
                    <w:lang w:val="es-EC"/>
                  </w:rPr>
                  <w:t>Fecha:</w:t>
                </w:r>
              </w:p>
            </w:tc>
            <w:tc>
              <w:tcPr>
                <w:tcW w:w="8696" w:type="dxa"/>
                <w:tcBorders>
                  <w:top w:val="single" w:sz="4" w:space="0" w:color="B7B7B7"/>
                  <w:left w:val="single" w:sz="4" w:space="0" w:color="B7B7B7"/>
                  <w:bottom w:val="single" w:sz="4" w:space="0" w:color="B7B7B7"/>
                  <w:right w:val="single" w:sz="4" w:space="0" w:color="B7B7B7"/>
                </w:tcBorders>
                <w:vAlign w:val="center"/>
              </w:tcPr>
              <w:p w14:paraId="12FD4D87" w14:textId="7D7E13C3" w:rsidR="0052465A" w:rsidRPr="00126DCE" w:rsidRDefault="007B2844">
                <w:pPr>
                  <w:spacing w:after="0"/>
                  <w:rPr>
                    <w:lang w:val="es-EC"/>
                  </w:rPr>
                </w:pPr>
                <w:r>
                  <w:rPr>
                    <w:lang w:val="es-EC"/>
                  </w:rPr>
                  <w:fldChar w:fldCharType="begin"/>
                </w:r>
                <w:r>
                  <w:rPr>
                    <w:lang w:val="es-EC"/>
                  </w:rPr>
                  <w:instrText xml:space="preserve"> TIME \@ "d 'de' MMMM 'de' yyyy" </w:instrText>
                </w:r>
                <w:r>
                  <w:rPr>
                    <w:lang w:val="es-EC"/>
                  </w:rPr>
                  <w:fldChar w:fldCharType="separate"/>
                </w:r>
                <w:r>
                  <w:rPr>
                    <w:noProof/>
                    <w:lang w:val="es-EC"/>
                  </w:rPr>
                  <w:t>9 de septiembre de 2026</w:t>
                </w:r>
                <w:r>
                  <w:rPr>
                    <w:lang w:val="es-EC"/>
                  </w:rPr>
                  <w:fldChar w:fldCharType="end"/>
                </w:r>
              </w:p>
            </w:tc>
          </w:tr>
        </w:tbl>
      </w:sdtContent>
    </w:sdt>
    <w:p w14:paraId="38A9B988" w14:textId="77777777" w:rsidR="00C9733E" w:rsidRPr="00126DCE" w:rsidRDefault="00C9733E">
      <w:pPr>
        <w:rPr>
          <w:lang w:val="es-EC"/>
        </w:rPr>
      </w:pPr>
    </w:p>
    <w:sectPr w:rsidR="00C9733E" w:rsidRPr="00126DCE" w:rsidSect="00607D26">
      <w:headerReference w:type="default" r:id="rId8"/>
      <w:pgSz w:w="11906" w:h="16838" w:code="9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340C8" w14:textId="77777777" w:rsidR="00C9733E" w:rsidRDefault="00C9733E" w:rsidP="00607D26">
      <w:pPr>
        <w:spacing w:after="0" w:line="240" w:lineRule="auto"/>
      </w:pPr>
      <w:r>
        <w:separator/>
      </w:r>
    </w:p>
  </w:endnote>
  <w:endnote w:type="continuationSeparator" w:id="0">
    <w:p w14:paraId="42975F8F" w14:textId="77777777" w:rsidR="00C9733E" w:rsidRDefault="00C9733E" w:rsidP="00607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094AB" w14:textId="77777777" w:rsidR="00C9733E" w:rsidRDefault="00C9733E" w:rsidP="00607D26">
      <w:pPr>
        <w:spacing w:after="0" w:line="240" w:lineRule="auto"/>
      </w:pPr>
      <w:r>
        <w:separator/>
      </w:r>
    </w:p>
  </w:footnote>
  <w:footnote w:type="continuationSeparator" w:id="0">
    <w:p w14:paraId="2C3A43DE" w14:textId="77777777" w:rsidR="00C9733E" w:rsidRDefault="00C9733E" w:rsidP="00607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79BBE" w14:textId="5E006C78" w:rsidR="00607D26" w:rsidRDefault="00607D26">
    <w:pPr>
      <w:pStyle w:val="Encabezado"/>
    </w:pPr>
    <w:r>
      <w:rPr>
        <w:noProof/>
      </w:rPr>
      <w:drawing>
        <wp:anchor distT="0" distB="0" distL="0" distR="0" simplePos="0" relativeHeight="251657216" behindDoc="1" locked="0" layoutInCell="1" hidden="0" allowOverlap="1" wp14:anchorId="514E2CDB" wp14:editId="37543E2C">
          <wp:simplePos x="0" y="0"/>
          <wp:positionH relativeFrom="column">
            <wp:posOffset>-1060953</wp:posOffset>
          </wp:positionH>
          <wp:positionV relativeFrom="paragraph">
            <wp:posOffset>-483031</wp:posOffset>
          </wp:positionV>
          <wp:extent cx="7578459" cy="10724269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8459" cy="107242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4126768">
    <w:abstractNumId w:val="8"/>
  </w:num>
  <w:num w:numId="2" w16cid:durableId="1782794654">
    <w:abstractNumId w:val="6"/>
  </w:num>
  <w:num w:numId="3" w16cid:durableId="1970629119">
    <w:abstractNumId w:val="5"/>
  </w:num>
  <w:num w:numId="4" w16cid:durableId="1493791540">
    <w:abstractNumId w:val="4"/>
  </w:num>
  <w:num w:numId="5" w16cid:durableId="315957279">
    <w:abstractNumId w:val="7"/>
  </w:num>
  <w:num w:numId="6" w16cid:durableId="602685027">
    <w:abstractNumId w:val="3"/>
  </w:num>
  <w:num w:numId="7" w16cid:durableId="1813865964">
    <w:abstractNumId w:val="2"/>
  </w:num>
  <w:num w:numId="8" w16cid:durableId="975643124">
    <w:abstractNumId w:val="1"/>
  </w:num>
  <w:num w:numId="9" w16cid:durableId="1625893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93F"/>
    <w:rsid w:val="00034616"/>
    <w:rsid w:val="0006063C"/>
    <w:rsid w:val="00126DCE"/>
    <w:rsid w:val="00135671"/>
    <w:rsid w:val="0015074B"/>
    <w:rsid w:val="00210EB2"/>
    <w:rsid w:val="00230C5B"/>
    <w:rsid w:val="00287345"/>
    <w:rsid w:val="0029639D"/>
    <w:rsid w:val="00326F90"/>
    <w:rsid w:val="00341BC6"/>
    <w:rsid w:val="00390219"/>
    <w:rsid w:val="003A461F"/>
    <w:rsid w:val="00462AFB"/>
    <w:rsid w:val="0047689E"/>
    <w:rsid w:val="004913C4"/>
    <w:rsid w:val="0052465A"/>
    <w:rsid w:val="00607D26"/>
    <w:rsid w:val="00620403"/>
    <w:rsid w:val="007B2844"/>
    <w:rsid w:val="007C61C1"/>
    <w:rsid w:val="00980A88"/>
    <w:rsid w:val="00A57D55"/>
    <w:rsid w:val="00A93CC5"/>
    <w:rsid w:val="00AA1D8D"/>
    <w:rsid w:val="00B47730"/>
    <w:rsid w:val="00C115D8"/>
    <w:rsid w:val="00C571E3"/>
    <w:rsid w:val="00C9733E"/>
    <w:rsid w:val="00CB0664"/>
    <w:rsid w:val="00CD4485"/>
    <w:rsid w:val="00CF7D6A"/>
    <w:rsid w:val="00E86C23"/>
    <w:rsid w:val="00FA40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A23F80"/>
  <w14:defaultImageDpi w14:val="330"/>
  <w15:docId w15:val="{6AC3E71A-CFD3-4F5C-8878-360BF193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CF7D6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9F581-CFA3-4BD4-9FF2-979EA39A82EE}"/>
      </w:docPartPr>
      <w:docPartBody>
        <w:p w:rsidR="00000000" w:rsidRDefault="00512B95">
          <w:r w:rsidRPr="00D56B9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59A6350502B4ABD90A9C9790B215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E4C64-3203-4155-B909-16D09ED1840B}"/>
      </w:docPartPr>
      <w:docPartBody>
        <w:p w:rsidR="00000000" w:rsidRDefault="00512B95" w:rsidP="00512B95">
          <w:pPr>
            <w:pStyle w:val="259A6350502B4ABD90A9C9790B2151FC"/>
          </w:pPr>
          <w:r w:rsidRPr="00D56B9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7A42331C0094ED98584EA1D5CAB6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B62BC-50CD-40C9-B911-21AF86508986}"/>
      </w:docPartPr>
      <w:docPartBody>
        <w:p w:rsidR="00000000" w:rsidRDefault="00512B95" w:rsidP="00512B95">
          <w:pPr>
            <w:pStyle w:val="37A42331C0094ED98584EA1D5CAB6B3E"/>
          </w:pPr>
          <w:r w:rsidRPr="00D56B9E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B95"/>
    <w:rsid w:val="003A461F"/>
    <w:rsid w:val="00512B95"/>
    <w:rsid w:val="00CB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C" w:eastAsia="es-EC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12B95"/>
    <w:rPr>
      <w:color w:val="666666"/>
    </w:rPr>
  </w:style>
  <w:style w:type="paragraph" w:customStyle="1" w:styleId="259A6350502B4ABD90A9C9790B2151FC">
    <w:name w:val="259A6350502B4ABD90A9C9790B2151FC"/>
    <w:rsid w:val="00512B95"/>
  </w:style>
  <w:style w:type="paragraph" w:customStyle="1" w:styleId="D6AFD6BED775484F85CFBE037666987B">
    <w:name w:val="D6AFD6BED775484F85CFBE037666987B"/>
    <w:rsid w:val="00512B95"/>
  </w:style>
  <w:style w:type="paragraph" w:customStyle="1" w:styleId="37A42331C0094ED98584EA1D5CAB6B3E">
    <w:name w:val="37A42331C0094ED98584EA1D5CAB6B3E"/>
    <w:rsid w:val="00512B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0999999888</dc:title>
  <dc:subject/>
  <dc:creator>python-docx</dc:creator>
  <cp:keywords/>
  <dc:description>Nombre nombre apellido apellido</dc:description>
  <cp:lastModifiedBy>Edgar Tobias Bustamante Neira</cp:lastModifiedBy>
  <cp:revision>2</cp:revision>
  <dcterms:created xsi:type="dcterms:W3CDTF">2026-09-09T18:57:00Z</dcterms:created>
  <dcterms:modified xsi:type="dcterms:W3CDTF">2026-09-09T18:57:00Z</dcterms:modified>
  <cp:category/>
</cp:coreProperties>
</file>